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5AB8F" w14:textId="77777777" w:rsidR="00767ACC" w:rsidRPr="0029477F" w:rsidRDefault="0029477F">
      <w:pPr>
        <w:jc w:val="right"/>
        <w:rPr>
          <w:rFonts w:ascii="Meiryo UI" w:eastAsia="Meiryo UI" w:hAnsi="Meiryo UI"/>
          <w:lang w:eastAsia="ja-JP"/>
        </w:rPr>
      </w:pPr>
      <w:r w:rsidRPr="0029477F">
        <w:rPr>
          <w:rFonts w:ascii="Meiryo UI" w:eastAsia="Meiryo UI" w:hAnsi="Meiryo UI" w:hint="eastAsia"/>
          <w:b/>
          <w:sz w:val="20"/>
          <w:lang w:eastAsia="ja-JP"/>
        </w:rPr>
        <w:t>様式第4号（第5条関係）</w:t>
      </w:r>
    </w:p>
    <w:p w14:paraId="07A34C6B" w14:textId="77777777" w:rsidR="00767ACC" w:rsidRPr="0029477F" w:rsidRDefault="0029477F">
      <w:pPr>
        <w:spacing w:after="160"/>
        <w:jc w:val="center"/>
        <w:rPr>
          <w:rFonts w:ascii="Meiryo UI" w:eastAsia="Meiryo UI" w:hAnsi="Meiryo UI"/>
          <w:lang w:eastAsia="ja-JP"/>
        </w:rPr>
      </w:pPr>
      <w:r w:rsidRPr="0029477F">
        <w:rPr>
          <w:rFonts w:ascii="Meiryo UI" w:eastAsia="Meiryo UI" w:hAnsi="Meiryo UI" w:hint="eastAsia"/>
          <w:b/>
          <w:color w:val="1F4E79"/>
          <w:sz w:val="32"/>
          <w:lang w:eastAsia="ja-JP"/>
        </w:rPr>
        <w:t>SMI美原ライン利用促進サポーター辞退届</w:t>
      </w:r>
    </w:p>
    <w:p w14:paraId="1EB75294" w14:textId="77777777" w:rsidR="00767ACC" w:rsidRPr="0029477F" w:rsidRDefault="0029477F">
      <w:pPr>
        <w:jc w:val="right"/>
        <w:rPr>
          <w:rFonts w:ascii="Meiryo UI" w:eastAsia="Meiryo UI" w:hAnsi="Meiryo UI"/>
          <w:lang w:eastAsia="ja-JP"/>
        </w:rPr>
      </w:pPr>
      <w:r w:rsidRPr="0029477F">
        <w:rPr>
          <w:rFonts w:ascii="Meiryo UI" w:eastAsia="Meiryo UI" w:hAnsi="Meiryo UI" w:hint="eastAsia"/>
          <w:lang w:eastAsia="ja-JP"/>
        </w:rPr>
        <w:t>令和　　　年　　　月　　　日</w:t>
      </w:r>
    </w:p>
    <w:p w14:paraId="79E7C9F5" w14:textId="77777777" w:rsidR="00767ACC" w:rsidRPr="0029477F" w:rsidRDefault="0029477F">
      <w:pPr>
        <w:rPr>
          <w:rFonts w:ascii="Meiryo UI" w:eastAsia="Meiryo UI" w:hAnsi="Meiryo UI"/>
          <w:lang w:eastAsia="ja-JP"/>
        </w:rPr>
      </w:pPr>
      <w:r w:rsidRPr="0029477F">
        <w:rPr>
          <w:rFonts w:ascii="Meiryo UI" w:eastAsia="Meiryo UI" w:hAnsi="Meiryo UI" w:hint="eastAsia"/>
          <w:lang w:eastAsia="ja-JP"/>
        </w:rPr>
        <w:t>堺市長　殿</w:t>
      </w:r>
    </w:p>
    <w:p w14:paraId="4C3BC62C" w14:textId="77777777" w:rsidR="00767ACC" w:rsidRPr="0029477F" w:rsidRDefault="0029477F">
      <w:pPr>
        <w:rPr>
          <w:rFonts w:ascii="Meiryo UI" w:eastAsia="Meiryo UI" w:hAnsi="Meiryo UI"/>
          <w:lang w:eastAsia="ja-JP"/>
        </w:rPr>
      </w:pPr>
      <w:r w:rsidRPr="0029477F">
        <w:rPr>
          <w:rFonts w:ascii="Meiryo UI" w:eastAsia="Meiryo UI" w:hAnsi="Meiryo UI" w:hint="eastAsia"/>
          <w:lang w:eastAsia="ja-JP"/>
        </w:rPr>
        <w:t>SMI美原ライン利用促進サポーター登録要綱第5条第1項第3号の規定に基づき、サポーター登録の辞退を次のとおり届け出ます。</w:t>
      </w:r>
    </w:p>
    <w:p w14:paraId="2C2E5DBA" w14:textId="77777777" w:rsidR="00767ACC" w:rsidRPr="0029477F" w:rsidRDefault="0029477F" w:rsidP="0029477F">
      <w:pPr>
        <w:rPr>
          <w:rFonts w:ascii="Meiryo UI" w:eastAsia="Meiryo UI" w:hAnsi="Meiryo UI"/>
          <w:b/>
          <w:bCs/>
          <w:color w:val="1F4E79"/>
          <w:sz w:val="24"/>
          <w:szCs w:val="28"/>
          <w:lang w:eastAsia="ja-JP"/>
        </w:rPr>
      </w:pPr>
      <w:r w:rsidRPr="0029477F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>1　届出者情報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6690"/>
      </w:tblGrid>
      <w:tr w:rsidR="00767ACC" w:rsidRPr="0029477F" w14:paraId="2092AF66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4D06E0A1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所在地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1BE44E0B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szCs w:val="28"/>
                <w:lang w:eastAsia="ja-JP"/>
              </w:rPr>
              <w:t>〒　　　　－</w:t>
            </w:r>
          </w:p>
        </w:tc>
      </w:tr>
      <w:tr w:rsidR="00767ACC" w:rsidRPr="0029477F" w14:paraId="5B8FE0C2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365FA6C2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企業等の名称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0E8D3DFE" w14:textId="77777777" w:rsidR="00767ACC" w:rsidRPr="0029477F" w:rsidRDefault="00767ACC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29477F" w:rsidRPr="0029477F" w14:paraId="2380BAE9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39AE681D" w14:textId="77777777" w:rsidR="0029477F" w:rsidRPr="0029477F" w:rsidRDefault="0029477F" w:rsidP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代表者役職氏名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72DD011D" w14:textId="6D7041FF" w:rsidR="0029477F" w:rsidRPr="0029477F" w:rsidRDefault="0029477F" w:rsidP="0029477F">
            <w:pPr>
              <w:spacing w:after="0"/>
              <w:rPr>
                <w:rFonts w:ascii="Meiryo UI" w:eastAsia="Meiryo UI" w:hAnsi="Meiryo UI"/>
                <w:szCs w:val="28"/>
                <w:lang w:eastAsia="zh-TW"/>
              </w:rPr>
            </w:pPr>
            <w:r w:rsidRPr="00724E34">
              <w:rPr>
                <w:rFonts w:ascii="Meiryo UI" w:eastAsia="Meiryo UI" w:hAnsi="Meiryo UI" w:hint="eastAsia"/>
                <w:szCs w:val="21"/>
                <w:lang w:eastAsia="zh-TW"/>
              </w:rPr>
              <w:t>役職　　　　　　　　　　　　　　　　　　氏名</w:t>
            </w:r>
          </w:p>
        </w:tc>
      </w:tr>
    </w:tbl>
    <w:p w14:paraId="1C8F3C69" w14:textId="77777777" w:rsidR="00767ACC" w:rsidRPr="0029477F" w:rsidRDefault="00767ACC">
      <w:pPr>
        <w:spacing w:after="40"/>
        <w:rPr>
          <w:rFonts w:ascii="Meiryo UI" w:eastAsia="Meiryo UI" w:hAnsi="Meiryo UI"/>
          <w:lang w:eastAsia="zh-TW"/>
        </w:rPr>
      </w:pPr>
    </w:p>
    <w:p w14:paraId="3E0D51B9" w14:textId="77777777" w:rsidR="00767ACC" w:rsidRPr="0029477F" w:rsidRDefault="0029477F" w:rsidP="0029477F">
      <w:pPr>
        <w:rPr>
          <w:rFonts w:ascii="Meiryo UI" w:eastAsia="Meiryo UI" w:hAnsi="Meiryo UI"/>
          <w:b/>
          <w:bCs/>
          <w:color w:val="1F4E79"/>
          <w:sz w:val="24"/>
          <w:szCs w:val="28"/>
          <w:lang w:eastAsia="ja-JP"/>
        </w:rPr>
      </w:pPr>
      <w:r w:rsidRPr="0029477F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>2　辞退内容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6690"/>
      </w:tblGrid>
      <w:tr w:rsidR="00767ACC" w:rsidRPr="0029477F" w14:paraId="48010986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20050E49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辞退希望日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7D01C575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szCs w:val="28"/>
                <w:lang w:eastAsia="ja-JP"/>
              </w:rPr>
              <w:t>令和　　　年　　　月　　　日</w:t>
            </w:r>
          </w:p>
        </w:tc>
      </w:tr>
      <w:tr w:rsidR="00767ACC" w:rsidRPr="0029477F" w14:paraId="6C59E260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6AD7226F" w14:textId="21EC22B9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辞退理由</w:t>
            </w:r>
            <w:r w:rsidR="00FD400E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（任意）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5A50E479" w14:textId="77777777" w:rsidR="00767ACC" w:rsidRPr="0029477F" w:rsidRDefault="00767ACC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</w:tbl>
    <w:p w14:paraId="001F7F8B" w14:textId="77777777" w:rsidR="00767ACC" w:rsidRPr="0029477F" w:rsidRDefault="00767ACC">
      <w:pPr>
        <w:spacing w:after="40"/>
        <w:rPr>
          <w:rFonts w:ascii="Meiryo UI" w:eastAsia="Meiryo UI" w:hAnsi="Meiryo UI"/>
          <w:lang w:eastAsia="ja-JP"/>
        </w:rPr>
      </w:pPr>
    </w:p>
    <w:p w14:paraId="536C9611" w14:textId="77777777" w:rsidR="00767ACC" w:rsidRPr="0029477F" w:rsidRDefault="0029477F" w:rsidP="0029477F">
      <w:pPr>
        <w:rPr>
          <w:rFonts w:ascii="Meiryo UI" w:eastAsia="Meiryo UI" w:hAnsi="Meiryo UI"/>
          <w:b/>
          <w:bCs/>
          <w:color w:val="1F4E79"/>
          <w:sz w:val="24"/>
          <w:szCs w:val="28"/>
          <w:lang w:eastAsia="ja-JP"/>
        </w:rPr>
      </w:pPr>
      <w:r w:rsidRPr="0029477F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>3　担当者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6690"/>
      </w:tblGrid>
      <w:tr w:rsidR="00767ACC" w:rsidRPr="0029477F" w14:paraId="5E16990F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07C5E837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氏名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4E6A4645" w14:textId="77777777" w:rsidR="00767ACC" w:rsidRPr="0029477F" w:rsidRDefault="00767ACC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767ACC" w:rsidRPr="0029477F" w14:paraId="30BB2651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23FAC60B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所属・役職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668C558E" w14:textId="77777777" w:rsidR="00767ACC" w:rsidRPr="0029477F" w:rsidRDefault="00767ACC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767ACC" w:rsidRPr="0029477F" w14:paraId="2B5A80DB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16B9C353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電話番号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6F870F15" w14:textId="77777777" w:rsidR="00767ACC" w:rsidRPr="0029477F" w:rsidRDefault="00767ACC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767ACC" w:rsidRPr="0029477F" w14:paraId="38C9C8C4" w14:textId="77777777">
        <w:trPr>
          <w:jc w:val="center"/>
        </w:trPr>
        <w:tc>
          <w:tcPr>
            <w:tcW w:w="2381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4A0E1E82" w14:textId="77777777" w:rsidR="00767ACC" w:rsidRPr="0029477F" w:rsidRDefault="0029477F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29477F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メールアドレス</w:t>
            </w:r>
          </w:p>
        </w:tc>
        <w:tc>
          <w:tcPr>
            <w:tcW w:w="669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1AB54FF9" w14:textId="77777777" w:rsidR="00767ACC" w:rsidRPr="0029477F" w:rsidRDefault="00767ACC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</w:tbl>
    <w:p w14:paraId="3027E1B8" w14:textId="77777777" w:rsidR="00767ACC" w:rsidRPr="0029477F" w:rsidRDefault="00767ACC">
      <w:pPr>
        <w:spacing w:after="40"/>
        <w:rPr>
          <w:rFonts w:ascii="Meiryo UI" w:eastAsia="Meiryo UI" w:hAnsi="Meiryo UI"/>
          <w:lang w:eastAsia="ja-JP"/>
        </w:rPr>
      </w:pPr>
    </w:p>
    <w:p w14:paraId="050B1382" w14:textId="77777777" w:rsidR="00767ACC" w:rsidRPr="0029477F" w:rsidRDefault="0029477F" w:rsidP="0029477F">
      <w:pPr>
        <w:rPr>
          <w:rFonts w:ascii="Meiryo UI" w:eastAsia="Meiryo UI" w:hAnsi="Meiryo UI"/>
          <w:b/>
          <w:bCs/>
          <w:color w:val="1F4E79"/>
          <w:sz w:val="24"/>
          <w:szCs w:val="28"/>
          <w:lang w:eastAsia="ja-JP"/>
        </w:rPr>
      </w:pPr>
      <w:r w:rsidRPr="0029477F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>確認事項</w:t>
      </w:r>
    </w:p>
    <w:p w14:paraId="14F81688" w14:textId="77777777" w:rsidR="00767ACC" w:rsidRDefault="0029477F">
      <w:pPr>
        <w:ind w:left="283" w:hanging="283"/>
        <w:rPr>
          <w:rFonts w:ascii="Meiryo UI" w:eastAsia="Meiryo UI" w:hAnsi="Meiryo UI"/>
          <w:szCs w:val="28"/>
          <w:lang w:eastAsia="ja-JP"/>
        </w:rPr>
      </w:pPr>
      <w:r w:rsidRPr="0029477F">
        <w:rPr>
          <w:rFonts w:ascii="Meiryo UI" w:eastAsia="Meiryo UI" w:hAnsi="Meiryo UI" w:hint="eastAsia"/>
          <w:szCs w:val="28"/>
          <w:lang w:eastAsia="ja-JP"/>
        </w:rPr>
        <w:t>□ 辞退希望日以後、SMI美原ライン利用促進サポーターの名称を使用しません。</w:t>
      </w:r>
    </w:p>
    <w:p w14:paraId="273C1AD7" w14:textId="7420781E" w:rsidR="00FD400E" w:rsidRPr="00FD400E" w:rsidRDefault="00FD400E" w:rsidP="00FD400E">
      <w:pPr>
        <w:ind w:left="283" w:hanging="283"/>
        <w:rPr>
          <w:rFonts w:ascii="Meiryo UI" w:eastAsia="Meiryo UI" w:hAnsi="Meiryo UI"/>
          <w:sz w:val="24"/>
          <w:szCs w:val="28"/>
          <w:lang w:eastAsia="ja-JP"/>
        </w:rPr>
      </w:pPr>
      <w:r>
        <w:rPr>
          <w:rFonts w:ascii="Meiryo UI" w:eastAsia="Meiryo UI" w:hAnsi="Meiryo UI" w:hint="eastAsia"/>
          <w:szCs w:val="28"/>
          <w:lang w:eastAsia="ja-JP"/>
        </w:rPr>
        <w:t xml:space="preserve">□ </w:t>
      </w:r>
      <w:r w:rsidRPr="00FD400E">
        <w:rPr>
          <w:rFonts w:ascii="Meiryo UI" w:eastAsia="Meiryo UI" w:hAnsi="Meiryo UI" w:hint="eastAsia"/>
          <w:szCs w:val="28"/>
          <w:lang w:eastAsia="ja-JP"/>
        </w:rPr>
        <w:t>交付済みの</w:t>
      </w:r>
      <w:r>
        <w:rPr>
          <w:rFonts w:ascii="Meiryo UI" w:eastAsia="Meiryo UI" w:hAnsi="Meiryo UI" w:hint="eastAsia"/>
          <w:szCs w:val="28"/>
          <w:lang w:eastAsia="ja-JP"/>
        </w:rPr>
        <w:t>「</w:t>
      </w:r>
      <w:r w:rsidRPr="00FD400E">
        <w:rPr>
          <w:rFonts w:ascii="Meiryo UI" w:eastAsia="Meiryo UI" w:hAnsi="Meiryo UI" w:hint="eastAsia"/>
          <w:szCs w:val="28"/>
          <w:lang w:eastAsia="ja-JP"/>
        </w:rPr>
        <w:t>SMI美原ライン利用促進サポーター登録</w:t>
      </w:r>
      <w:r w:rsidR="00B62874">
        <w:rPr>
          <w:rFonts w:ascii="Meiryo UI" w:eastAsia="Meiryo UI" w:hAnsi="Meiryo UI" w:hint="eastAsia"/>
          <w:szCs w:val="28"/>
          <w:lang w:eastAsia="ja-JP"/>
        </w:rPr>
        <w:t>通知書</w:t>
      </w:r>
      <w:r>
        <w:rPr>
          <w:rFonts w:ascii="Meiryo UI" w:eastAsia="Meiryo UI" w:hAnsi="Meiryo UI" w:hint="eastAsia"/>
          <w:szCs w:val="28"/>
          <w:lang w:eastAsia="ja-JP"/>
        </w:rPr>
        <w:t>」</w:t>
      </w:r>
      <w:r w:rsidRPr="00FD400E">
        <w:rPr>
          <w:rFonts w:ascii="Meiryo UI" w:eastAsia="Meiryo UI" w:hAnsi="Meiryo UI" w:hint="eastAsia"/>
          <w:szCs w:val="28"/>
          <w:lang w:eastAsia="ja-JP"/>
        </w:rPr>
        <w:t>は、登録辞退に伴い破棄</w:t>
      </w:r>
      <w:r w:rsidR="003001C9">
        <w:rPr>
          <w:rFonts w:ascii="Meiryo UI" w:eastAsia="Meiryo UI" w:hAnsi="Meiryo UI" w:hint="eastAsia"/>
          <w:szCs w:val="28"/>
          <w:lang w:eastAsia="ja-JP"/>
        </w:rPr>
        <w:t>しました</w:t>
      </w:r>
      <w:r w:rsidRPr="00FD400E">
        <w:rPr>
          <w:rFonts w:ascii="Meiryo UI" w:eastAsia="Meiryo UI" w:hAnsi="Meiryo UI" w:hint="eastAsia"/>
          <w:szCs w:val="28"/>
          <w:lang w:eastAsia="ja-JP"/>
        </w:rPr>
        <w:t>。</w:t>
      </w:r>
    </w:p>
    <w:sectPr w:rsidR="00FD400E" w:rsidRPr="00FD400E" w:rsidSect="00034616"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651EB" w14:textId="77777777" w:rsidR="009C0DA2" w:rsidRDefault="009C0DA2" w:rsidP="006D1F4E">
      <w:pPr>
        <w:spacing w:after="0" w:line="240" w:lineRule="auto"/>
      </w:pPr>
      <w:r>
        <w:separator/>
      </w:r>
    </w:p>
  </w:endnote>
  <w:endnote w:type="continuationSeparator" w:id="0">
    <w:p w14:paraId="3AF82FCF" w14:textId="77777777" w:rsidR="009C0DA2" w:rsidRDefault="009C0DA2" w:rsidP="006D1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01EC" w14:textId="77777777" w:rsidR="009C0DA2" w:rsidRDefault="009C0DA2" w:rsidP="006D1F4E">
      <w:pPr>
        <w:spacing w:after="0" w:line="240" w:lineRule="auto"/>
      </w:pPr>
      <w:r>
        <w:separator/>
      </w:r>
    </w:p>
  </w:footnote>
  <w:footnote w:type="continuationSeparator" w:id="0">
    <w:p w14:paraId="4E32B6F0" w14:textId="77777777" w:rsidR="009C0DA2" w:rsidRDefault="009C0DA2" w:rsidP="006D1F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4303050">
    <w:abstractNumId w:val="8"/>
  </w:num>
  <w:num w:numId="2" w16cid:durableId="1667787374">
    <w:abstractNumId w:val="6"/>
  </w:num>
  <w:num w:numId="3" w16cid:durableId="248926668">
    <w:abstractNumId w:val="5"/>
  </w:num>
  <w:num w:numId="4" w16cid:durableId="637223959">
    <w:abstractNumId w:val="4"/>
  </w:num>
  <w:num w:numId="5" w16cid:durableId="363864701">
    <w:abstractNumId w:val="7"/>
  </w:num>
  <w:num w:numId="6" w16cid:durableId="25100889">
    <w:abstractNumId w:val="3"/>
  </w:num>
  <w:num w:numId="7" w16cid:durableId="92941559">
    <w:abstractNumId w:val="2"/>
  </w:num>
  <w:num w:numId="8" w16cid:durableId="1114011796">
    <w:abstractNumId w:val="1"/>
  </w:num>
  <w:num w:numId="9" w16cid:durableId="18506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871"/>
    <w:rsid w:val="0006063C"/>
    <w:rsid w:val="0015074B"/>
    <w:rsid w:val="00194F47"/>
    <w:rsid w:val="002353D0"/>
    <w:rsid w:val="00291B05"/>
    <w:rsid w:val="0029477F"/>
    <w:rsid w:val="0029639D"/>
    <w:rsid w:val="003001C9"/>
    <w:rsid w:val="00326F90"/>
    <w:rsid w:val="0034204B"/>
    <w:rsid w:val="004C44FD"/>
    <w:rsid w:val="005103D5"/>
    <w:rsid w:val="006D1F4E"/>
    <w:rsid w:val="006E5F39"/>
    <w:rsid w:val="00767ACC"/>
    <w:rsid w:val="008C2047"/>
    <w:rsid w:val="009712D1"/>
    <w:rsid w:val="00993DD0"/>
    <w:rsid w:val="009C0DA2"/>
    <w:rsid w:val="009F07A9"/>
    <w:rsid w:val="00A268B0"/>
    <w:rsid w:val="00A942CD"/>
    <w:rsid w:val="00AA1D8D"/>
    <w:rsid w:val="00B47730"/>
    <w:rsid w:val="00B62874"/>
    <w:rsid w:val="00CB0664"/>
    <w:rsid w:val="00CE3B16"/>
    <w:rsid w:val="00E2301E"/>
    <w:rsid w:val="00ED5994"/>
    <w:rsid w:val="00FC693F"/>
    <w:rsid w:val="00FD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2B3B6"/>
  <w14:defaultImageDpi w14:val="300"/>
  <w15:docId w15:val="{6E6C9FA1-88E0-4167-9430-9A07F24C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035871"/>
    <w:pPr>
      <w:spacing w:after="0" w:line="240" w:lineRule="auto"/>
    </w:pPr>
    <w:rPr>
      <w:rFonts w:ascii="Yu Gothic" w:eastAsia="Yu Gothic" w:hAnsi="Yu Gothic"/>
      <w:sz w:val="21"/>
    </w:rPr>
  </w:style>
  <w:style w:type="character" w:styleId="aff0">
    <w:name w:val="annotation reference"/>
    <w:basedOn w:val="a2"/>
    <w:uiPriority w:val="99"/>
    <w:semiHidden/>
    <w:unhideWhenUsed/>
    <w:rsid w:val="00035871"/>
    <w:rPr>
      <w:sz w:val="18"/>
      <w:szCs w:val="18"/>
    </w:rPr>
  </w:style>
  <w:style w:type="paragraph" w:styleId="aff1">
    <w:name w:val="annotation text"/>
    <w:basedOn w:val="a1"/>
    <w:link w:val="aff2"/>
    <w:uiPriority w:val="99"/>
    <w:unhideWhenUsed/>
    <w:rsid w:val="00035871"/>
  </w:style>
  <w:style w:type="character" w:customStyle="1" w:styleId="aff2">
    <w:name w:val="コメント文字列 (文字)"/>
    <w:basedOn w:val="a2"/>
    <w:link w:val="aff1"/>
    <w:uiPriority w:val="99"/>
    <w:rsid w:val="00035871"/>
    <w:rPr>
      <w:rFonts w:ascii="Yu Gothic" w:eastAsia="Yu Gothic" w:hAnsi="Yu Gothic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035871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035871"/>
    <w:rPr>
      <w:rFonts w:ascii="Yu Gothic" w:eastAsia="Yu Gothic" w:hAnsi="Yu Gothic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堺市</cp:lastModifiedBy>
  <cp:revision>2</cp:revision>
  <dcterms:created xsi:type="dcterms:W3CDTF">2026-09-15T04:40:00Z</dcterms:created>
  <dcterms:modified xsi:type="dcterms:W3CDTF">2026-09-15T04:40:00Z</dcterms:modified>
  <cp:category/>
</cp:coreProperties>
</file>