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A8DE0" w14:textId="5B6E60D4" w:rsidR="0091134A" w:rsidRPr="007766E2" w:rsidRDefault="0091134A" w:rsidP="215A3A01">
      <w:pPr>
        <w:jc w:val="center"/>
        <w:rPr>
          <w:rFonts w:asciiTheme="minorEastAsia" w:hAnsiTheme="minorEastAsia" w:cstheme="minorEastAsia"/>
          <w:b/>
          <w:bCs/>
          <w:sz w:val="40"/>
          <w:szCs w:val="40"/>
          <w:lang w:eastAsia="ja-JP"/>
        </w:rPr>
      </w:pPr>
      <w:r w:rsidRPr="007766E2">
        <w:rPr>
          <w:rFonts w:asciiTheme="minorEastAsia" w:hAnsiTheme="minorEastAsia" w:cstheme="minorEastAsia" w:hint="eastAsia"/>
          <w:b/>
          <w:bCs/>
          <w:sz w:val="40"/>
          <w:szCs w:val="40"/>
          <w:lang w:eastAsia="ja-JP"/>
        </w:rPr>
        <w:t>委　任　状</w:t>
      </w:r>
    </w:p>
    <w:p w14:paraId="5DC9826E" w14:textId="77777777" w:rsidR="0091134A" w:rsidRDefault="0091134A" w:rsidP="215A3A01">
      <w:pPr>
        <w:jc w:val="center"/>
        <w:rPr>
          <w:rFonts w:asciiTheme="minorEastAsia" w:hAnsiTheme="minorEastAsia" w:cstheme="minorEastAsia"/>
          <w:b/>
          <w:bCs/>
          <w:sz w:val="32"/>
          <w:szCs w:val="32"/>
          <w:lang w:eastAsia="ja-JP"/>
        </w:rPr>
      </w:pPr>
    </w:p>
    <w:p w14:paraId="49D8A145" w14:textId="62A2EAF3" w:rsidR="003D5AD9" w:rsidRPr="007766E2" w:rsidRDefault="215A3A01" w:rsidP="0091134A">
      <w:pPr>
        <w:jc w:val="right"/>
        <w:rPr>
          <w:rFonts w:asciiTheme="minorEastAsia" w:hAnsiTheme="minorEastAsia" w:cstheme="minorEastAsia"/>
          <w:sz w:val="28"/>
          <w:szCs w:val="28"/>
        </w:rPr>
      </w:pPr>
      <w:r w:rsidRPr="007766E2">
        <w:rPr>
          <w:rFonts w:asciiTheme="minorEastAsia" w:hAnsiTheme="minorEastAsia" w:cstheme="minorEastAsia"/>
          <w:sz w:val="28"/>
          <w:szCs w:val="28"/>
        </w:rPr>
        <w:t>令和　　年　　月　　日</w:t>
      </w:r>
    </w:p>
    <w:p w14:paraId="260D21FC" w14:textId="458AFA0B" w:rsidR="00D2460B" w:rsidRDefault="215A3A01" w:rsidP="215A3A01">
      <w:pPr>
        <w:rPr>
          <w:rFonts w:asciiTheme="minorEastAsia" w:hAnsiTheme="minorEastAsia" w:cstheme="minorEastAsia"/>
          <w:sz w:val="28"/>
          <w:szCs w:val="28"/>
          <w:lang w:eastAsia="ja-JP"/>
        </w:rPr>
      </w:pPr>
      <w:r w:rsidRPr="00D2460B">
        <w:rPr>
          <w:rFonts w:ascii="ＭＳ 明朝" w:eastAsia="ＭＳ 明朝" w:hAnsi="ＭＳ 明朝" w:cstheme="minorEastAsia"/>
          <w:sz w:val="16"/>
          <w:szCs w:val="16"/>
          <w:lang w:eastAsia="ja-JP"/>
        </w:rPr>
        <w:t>（あて先）</w:t>
      </w:r>
    </w:p>
    <w:p w14:paraId="7CFADA67" w14:textId="7116043C" w:rsidR="003D5AD9" w:rsidRPr="007766E2" w:rsidRDefault="215A3A01" w:rsidP="215A3A01">
      <w:pPr>
        <w:rPr>
          <w:rFonts w:asciiTheme="minorEastAsia" w:hAnsiTheme="minorEastAsia" w:cstheme="minorEastAsia"/>
          <w:sz w:val="28"/>
          <w:szCs w:val="28"/>
          <w:lang w:eastAsia="ja-JP"/>
        </w:rPr>
      </w:pPr>
      <w:r w:rsidRPr="007766E2">
        <w:rPr>
          <w:rFonts w:asciiTheme="minorEastAsia" w:hAnsiTheme="minorEastAsia" w:cstheme="minorEastAsia"/>
          <w:sz w:val="28"/>
          <w:szCs w:val="28"/>
          <w:lang w:eastAsia="ja-JP"/>
        </w:rPr>
        <w:t>堺市長</w:t>
      </w:r>
      <w:r w:rsidR="00A25D5E">
        <w:rPr>
          <w:rFonts w:asciiTheme="minorEastAsia" w:hAnsiTheme="minorEastAsia" w:cstheme="minorEastAsia" w:hint="eastAsia"/>
          <w:sz w:val="28"/>
          <w:szCs w:val="28"/>
          <w:lang w:eastAsia="ja-JP"/>
        </w:rPr>
        <w:t xml:space="preserve">　様</w:t>
      </w:r>
    </w:p>
    <w:p w14:paraId="672A6659" w14:textId="77777777" w:rsidR="003D5AD9" w:rsidRPr="007766E2" w:rsidRDefault="003D5AD9" w:rsidP="215A3A01">
      <w:pPr>
        <w:rPr>
          <w:rFonts w:asciiTheme="minorEastAsia" w:hAnsiTheme="minorEastAsia" w:cstheme="minorEastAsia"/>
          <w:sz w:val="28"/>
          <w:szCs w:val="28"/>
          <w:lang w:eastAsia="ja-JP"/>
        </w:rPr>
      </w:pPr>
    </w:p>
    <w:p w14:paraId="45FA952F" w14:textId="77777777" w:rsidR="00176AB1" w:rsidRDefault="215A3A01" w:rsidP="00176AB1">
      <w:pPr>
        <w:rPr>
          <w:rFonts w:asciiTheme="minorEastAsia" w:hAnsiTheme="minorEastAsia" w:cstheme="minorEastAsia"/>
          <w:sz w:val="28"/>
          <w:szCs w:val="28"/>
          <w:lang w:eastAsia="ja-JP"/>
        </w:rPr>
      </w:pPr>
      <w:r w:rsidRPr="007766E2">
        <w:rPr>
          <w:rFonts w:asciiTheme="minorEastAsia" w:hAnsiTheme="minorEastAsia" w:cstheme="minorEastAsia"/>
          <w:sz w:val="28"/>
          <w:szCs w:val="28"/>
          <w:lang w:eastAsia="ja-JP"/>
        </w:rPr>
        <w:t>委任者</w:t>
      </w:r>
    </w:p>
    <w:p w14:paraId="382ADF43" w14:textId="7F4AC995" w:rsidR="003D5AD9" w:rsidRDefault="00F76109" w:rsidP="000916CD">
      <w:pPr>
        <w:ind w:firstLineChars="500" w:firstLine="1400"/>
        <w:rPr>
          <w:rFonts w:asciiTheme="minorEastAsia" w:hAnsiTheme="minorEastAsia" w:cstheme="minorEastAsia"/>
          <w:sz w:val="28"/>
          <w:szCs w:val="28"/>
          <w:u w:val="single"/>
          <w:lang w:eastAsia="ja-JP"/>
        </w:rPr>
      </w:pPr>
      <w:r w:rsidRPr="00F76109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>住所</w:t>
      </w:r>
      <w:r w:rsidR="00176AB1" w:rsidRPr="00F76109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　</w:t>
      </w:r>
      <w:r w:rsidRPr="00F76109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　　　</w:t>
      </w:r>
      <w:r w:rsidR="00176AB1" w:rsidRPr="00F76109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　　　　　　　　　　　　　　　　</w:t>
      </w:r>
      <w:r w:rsidRPr="00F76109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　　　</w:t>
      </w:r>
    </w:p>
    <w:p w14:paraId="1E88D01A" w14:textId="1A185E1E" w:rsidR="000916CD" w:rsidRPr="00F76109" w:rsidRDefault="000916CD" w:rsidP="000916CD">
      <w:pPr>
        <w:ind w:firstLineChars="500" w:firstLine="1400"/>
        <w:rPr>
          <w:rFonts w:asciiTheme="minorEastAsia" w:hAnsiTheme="minorEastAsia" w:cstheme="minorEastAsia"/>
          <w:sz w:val="28"/>
          <w:szCs w:val="28"/>
          <w:u w:val="single"/>
          <w:lang w:eastAsia="ja-JP"/>
        </w:rPr>
      </w:pPr>
      <w:r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>氏名</w:t>
      </w:r>
      <w:r w:rsidRPr="00F76109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　　　　　　　　　　　　　　　　　　　　　　　　　　</w:t>
      </w:r>
    </w:p>
    <w:p w14:paraId="6E925771" w14:textId="77777777" w:rsidR="00F76109" w:rsidRDefault="00F76109" w:rsidP="215A3A01">
      <w:pPr>
        <w:rPr>
          <w:rFonts w:asciiTheme="minorEastAsia" w:hAnsiTheme="minorEastAsia" w:cstheme="minorEastAsia"/>
          <w:sz w:val="28"/>
          <w:szCs w:val="28"/>
          <w:lang w:eastAsia="ja-JP"/>
        </w:rPr>
      </w:pPr>
    </w:p>
    <w:p w14:paraId="5601CEE8" w14:textId="3D43D6C0" w:rsidR="003D5AD9" w:rsidRPr="007766E2" w:rsidRDefault="215A3A01" w:rsidP="215A3A01">
      <w:pPr>
        <w:rPr>
          <w:rFonts w:asciiTheme="minorEastAsia" w:hAnsiTheme="minorEastAsia" w:cstheme="minorEastAsia"/>
          <w:sz w:val="28"/>
          <w:szCs w:val="28"/>
          <w:lang w:eastAsia="ja-JP"/>
        </w:rPr>
      </w:pPr>
      <w:r w:rsidRPr="007766E2">
        <w:rPr>
          <w:rFonts w:asciiTheme="minorEastAsia" w:hAnsiTheme="minorEastAsia" w:cstheme="minorEastAsia"/>
          <w:sz w:val="28"/>
          <w:szCs w:val="28"/>
          <w:lang w:eastAsia="ja-JP"/>
        </w:rPr>
        <w:t>私は、下記の者を代理人と定め、下記の権限を委任します。</w:t>
      </w:r>
    </w:p>
    <w:p w14:paraId="386C4A4A" w14:textId="1F1C5ACD" w:rsidR="007766E2" w:rsidRPr="007766E2" w:rsidRDefault="007766E2" w:rsidP="215A3A01">
      <w:pPr>
        <w:rPr>
          <w:rFonts w:asciiTheme="minorEastAsia" w:hAnsiTheme="minorEastAsia" w:cstheme="minorEastAsia"/>
          <w:sz w:val="28"/>
          <w:szCs w:val="28"/>
          <w:lang w:eastAsia="ja-JP"/>
        </w:rPr>
      </w:pPr>
      <w:r>
        <w:rPr>
          <w:rFonts w:asciiTheme="minorEastAsia" w:hAnsiTheme="minorEastAsia" w:cstheme="minorEastAsia" w:hint="eastAsia"/>
          <w:sz w:val="28"/>
          <w:szCs w:val="28"/>
          <w:lang w:eastAsia="ja-JP"/>
        </w:rPr>
        <w:t xml:space="preserve">　</w:t>
      </w:r>
    </w:p>
    <w:p w14:paraId="6FD9BE1C" w14:textId="77777777" w:rsidR="003D5AD9" w:rsidRPr="007766E2" w:rsidRDefault="215A3A01" w:rsidP="215A3A01">
      <w:pPr>
        <w:jc w:val="center"/>
        <w:rPr>
          <w:rFonts w:asciiTheme="minorEastAsia" w:hAnsiTheme="minorEastAsia" w:cstheme="minorEastAsia"/>
          <w:sz w:val="28"/>
          <w:szCs w:val="28"/>
          <w:lang w:eastAsia="ja-JP"/>
        </w:rPr>
      </w:pPr>
      <w:r w:rsidRPr="007766E2">
        <w:rPr>
          <w:rFonts w:asciiTheme="minorEastAsia" w:hAnsiTheme="minorEastAsia" w:cstheme="minorEastAsia"/>
          <w:sz w:val="28"/>
          <w:szCs w:val="28"/>
          <w:lang w:eastAsia="ja-JP"/>
        </w:rPr>
        <w:t>記</w:t>
      </w:r>
    </w:p>
    <w:p w14:paraId="43BC3AE0" w14:textId="54E18621" w:rsidR="003D5AD9" w:rsidRPr="007766E2" w:rsidRDefault="215A3A01" w:rsidP="215A3A01">
      <w:pPr>
        <w:rPr>
          <w:rFonts w:asciiTheme="minorEastAsia" w:hAnsiTheme="minorEastAsia" w:cstheme="minorEastAsia"/>
          <w:sz w:val="28"/>
          <w:szCs w:val="28"/>
          <w:lang w:eastAsia="ja-JP"/>
        </w:rPr>
      </w:pPr>
      <w:r w:rsidRPr="007766E2">
        <w:rPr>
          <w:rFonts w:asciiTheme="minorEastAsia" w:hAnsiTheme="minorEastAsia" w:cstheme="minorEastAsia"/>
          <w:sz w:val="28"/>
          <w:szCs w:val="28"/>
          <w:lang w:eastAsia="ja-JP"/>
        </w:rPr>
        <w:t>委任する権限</w:t>
      </w:r>
    </w:p>
    <w:p w14:paraId="02EB378F" w14:textId="65D95133" w:rsidR="003D5AD9" w:rsidRPr="00F76109" w:rsidRDefault="007766E2" w:rsidP="00A25D5E">
      <w:pPr>
        <w:ind w:left="1960" w:hangingChars="700" w:hanging="1960"/>
        <w:rPr>
          <w:rFonts w:asciiTheme="minorEastAsia" w:hAnsiTheme="minorEastAsia" w:cstheme="minorEastAsia"/>
          <w:sz w:val="28"/>
          <w:szCs w:val="28"/>
          <w:u w:val="single"/>
          <w:lang w:eastAsia="ja-JP"/>
        </w:rPr>
      </w:pPr>
      <w:r>
        <w:rPr>
          <w:rFonts w:asciiTheme="minorEastAsia" w:hAnsiTheme="minorEastAsia" w:cstheme="minorEastAsia" w:hint="eastAsia"/>
          <w:sz w:val="28"/>
          <w:szCs w:val="28"/>
          <w:lang w:eastAsia="ja-JP"/>
        </w:rPr>
        <w:t xml:space="preserve">　　　　　　　</w:t>
      </w:r>
      <w:r w:rsidR="00CA7EA0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　　　　　</w:t>
      </w:r>
      <w:r w:rsidR="00A25D5E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</w:t>
      </w:r>
      <w:r w:rsidR="00FB700E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　</w:t>
      </w:r>
      <w:r w:rsidR="00F76109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</w:t>
      </w:r>
      <w:r w:rsidR="007B4B4D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</w:t>
      </w:r>
      <w:r w:rsidR="00F76109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　　　</w:t>
      </w:r>
      <w:r w:rsidR="00CA7EA0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　　　　　</w:t>
      </w:r>
      <w:r w:rsidR="001C3016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　</w:t>
      </w:r>
      <w:r w:rsidR="00F76109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　　　</w:t>
      </w:r>
    </w:p>
    <w:p w14:paraId="6981511A" w14:textId="77777777" w:rsidR="00CA7EA0" w:rsidRPr="00F76109" w:rsidRDefault="00CA7EA0" w:rsidP="00CA7EA0">
      <w:pPr>
        <w:ind w:left="1960" w:hangingChars="700" w:hanging="1960"/>
        <w:rPr>
          <w:rFonts w:asciiTheme="minorEastAsia" w:hAnsiTheme="minorEastAsia" w:cstheme="minorEastAsia"/>
          <w:sz w:val="28"/>
          <w:szCs w:val="28"/>
          <w:u w:val="single"/>
          <w:lang w:eastAsia="ja-JP"/>
        </w:rPr>
      </w:pPr>
      <w:r>
        <w:rPr>
          <w:rFonts w:asciiTheme="minorEastAsia" w:hAnsiTheme="minorEastAsia" w:cstheme="minorEastAsia" w:hint="eastAsia"/>
          <w:sz w:val="28"/>
          <w:szCs w:val="28"/>
          <w:lang w:eastAsia="ja-JP"/>
        </w:rPr>
        <w:t xml:space="preserve">　　　　　　　</w:t>
      </w:r>
      <w:r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　　　　　　　　　　　　　　　　　　　　　　　　　　</w:t>
      </w:r>
    </w:p>
    <w:p w14:paraId="2F9407E0" w14:textId="77777777" w:rsidR="00CA7EA0" w:rsidRDefault="00CA7EA0" w:rsidP="215A3A01">
      <w:pPr>
        <w:rPr>
          <w:rFonts w:asciiTheme="minorEastAsia" w:hAnsiTheme="minorEastAsia" w:cstheme="minorEastAsia"/>
          <w:sz w:val="28"/>
          <w:szCs w:val="28"/>
          <w:lang w:eastAsia="ja-JP"/>
        </w:rPr>
      </w:pPr>
    </w:p>
    <w:p w14:paraId="670BB4E5" w14:textId="21114BC2" w:rsidR="003D5AD9" w:rsidRPr="007766E2" w:rsidRDefault="215A3A01" w:rsidP="215A3A01">
      <w:pPr>
        <w:rPr>
          <w:rFonts w:asciiTheme="minorEastAsia" w:hAnsiTheme="minorEastAsia" w:cstheme="minorEastAsia"/>
          <w:sz w:val="28"/>
          <w:szCs w:val="28"/>
          <w:lang w:eastAsia="ja-JP"/>
        </w:rPr>
      </w:pPr>
      <w:r w:rsidRPr="007766E2">
        <w:rPr>
          <w:rFonts w:asciiTheme="minorEastAsia" w:hAnsiTheme="minorEastAsia" w:cstheme="minorEastAsia"/>
          <w:sz w:val="28"/>
          <w:szCs w:val="28"/>
          <w:lang w:eastAsia="ja-JP"/>
        </w:rPr>
        <w:t>代理人（受任者）</w:t>
      </w:r>
    </w:p>
    <w:p w14:paraId="5B8A3C0B" w14:textId="4029135B" w:rsidR="007766E2" w:rsidRPr="007766E2" w:rsidRDefault="007766E2" w:rsidP="00F76109">
      <w:pPr>
        <w:ind w:firstLineChars="500" w:firstLine="1400"/>
        <w:rPr>
          <w:rFonts w:asciiTheme="minorEastAsia" w:hAnsiTheme="minorEastAsia" w:cstheme="minorEastAsia"/>
          <w:sz w:val="28"/>
          <w:szCs w:val="28"/>
        </w:rPr>
      </w:pPr>
      <w:r w:rsidRPr="007766E2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>住所</w:t>
      </w:r>
      <w:r w:rsidR="00F76109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　　　　　　　　　　　　　　　　　　　　　　　　　</w:t>
      </w:r>
      <w:r w:rsidRPr="007766E2">
        <w:rPr>
          <w:rFonts w:asciiTheme="minorEastAsia" w:hAnsiTheme="minorEastAsia" w:cstheme="minorEastAsia" w:hint="eastAsia"/>
          <w:sz w:val="28"/>
          <w:szCs w:val="28"/>
          <w:lang w:eastAsia="ja-JP"/>
        </w:rPr>
        <w:t xml:space="preserve">　</w:t>
      </w:r>
    </w:p>
    <w:p w14:paraId="612E4E88" w14:textId="7AA36BB8" w:rsidR="007766E2" w:rsidRPr="007766E2" w:rsidRDefault="007766E2" w:rsidP="00F76109">
      <w:pPr>
        <w:ind w:firstLineChars="400" w:firstLine="1120"/>
        <w:rPr>
          <w:rFonts w:asciiTheme="minorEastAsia" w:hAnsiTheme="minorEastAsia" w:cstheme="minorEastAsia"/>
          <w:sz w:val="28"/>
          <w:szCs w:val="28"/>
          <w:u w:val="single"/>
        </w:rPr>
      </w:pPr>
      <w:r w:rsidRPr="007766E2">
        <w:rPr>
          <w:rFonts w:asciiTheme="minorEastAsia" w:hAnsiTheme="minorEastAsia" w:cstheme="minorEastAsia"/>
          <w:sz w:val="28"/>
          <w:szCs w:val="28"/>
        </w:rPr>
        <w:t xml:space="preserve">　</w:t>
      </w:r>
      <w:r w:rsidRPr="007766E2">
        <w:rPr>
          <w:rFonts w:asciiTheme="minorEastAsia" w:hAnsiTheme="minorEastAsia" w:cstheme="minorEastAsia"/>
          <w:sz w:val="28"/>
          <w:szCs w:val="28"/>
          <w:u w:val="single"/>
        </w:rPr>
        <w:t>氏名</w:t>
      </w:r>
      <w:r w:rsidR="00F76109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　　　　　　　　　　　　　　　　　　　　　　　　</w:t>
      </w:r>
      <w:r w:rsidRPr="007766E2">
        <w:rPr>
          <w:rFonts w:asciiTheme="minorEastAsia" w:hAnsiTheme="minorEastAsia" w:cstheme="minorEastAsia"/>
          <w:sz w:val="28"/>
          <w:szCs w:val="28"/>
          <w:u w:val="single"/>
        </w:rPr>
        <w:t xml:space="preserve">　</w:t>
      </w:r>
    </w:p>
    <w:p w14:paraId="1D59D0FE" w14:textId="40C59C4C" w:rsidR="003F7982" w:rsidRDefault="003F7982">
      <w:pPr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/>
          <w:sz w:val="28"/>
          <w:szCs w:val="28"/>
        </w:rPr>
        <w:br w:type="page"/>
      </w:r>
    </w:p>
    <w:p w14:paraId="31C05642" w14:textId="01A4BD0B" w:rsidR="003F7982" w:rsidRPr="007766E2" w:rsidRDefault="003F7982" w:rsidP="003F7982">
      <w:pPr>
        <w:jc w:val="center"/>
        <w:rPr>
          <w:rFonts w:asciiTheme="minorEastAsia" w:hAnsiTheme="minorEastAsia" w:cstheme="minorEastAsia"/>
          <w:b/>
          <w:bCs/>
          <w:sz w:val="40"/>
          <w:szCs w:val="40"/>
          <w:lang w:eastAsia="ja-JP"/>
        </w:rPr>
      </w:pPr>
      <w:r w:rsidRPr="003F7982">
        <w:rPr>
          <w:rFonts w:ascii="Century" w:eastAsia="ＭＳ 明朝" w:hAnsi="Century" w:cs="Times New Roman"/>
          <w:noProof/>
          <w:kern w:val="2"/>
          <w:sz w:val="23"/>
          <w:szCs w:val="23"/>
          <w:lang w:eastAsia="ja-JP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F4F0DE" wp14:editId="57B1E953">
                <wp:simplePos x="0" y="0"/>
                <wp:positionH relativeFrom="margin">
                  <wp:posOffset>5158105</wp:posOffset>
                </wp:positionH>
                <wp:positionV relativeFrom="page">
                  <wp:posOffset>600075</wp:posOffset>
                </wp:positionV>
                <wp:extent cx="765175" cy="361950"/>
                <wp:effectExtent l="19050" t="19050" r="34925" b="57150"/>
                <wp:wrapNone/>
                <wp:docPr id="586018337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175" cy="3619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CF546E8" w14:textId="77777777" w:rsidR="003F7982" w:rsidRPr="004A2141" w:rsidRDefault="003F7982" w:rsidP="003F798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A214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F4F0D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06.15pt;margin-top:47.25pt;width:60.2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" fillcolor="#ffc000" strokecolor="#f2f2f2" strokeweight="3pt">
                <v:shadow on="t" color="#7f5f00" opacity=".5" offset="1pt"/>
                <v:textbox inset="5.85pt,.7pt,5.85pt,.7pt">
                  <w:txbxContent>
                    <w:p w14:paraId="0CF546E8" w14:textId="77777777" w:rsidR="003F7982" w:rsidRPr="004A2141" w:rsidRDefault="003F7982" w:rsidP="003F7982">
                      <w:pPr>
                        <w:rPr>
                          <w:sz w:val="28"/>
                          <w:szCs w:val="28"/>
                        </w:rPr>
                      </w:pPr>
                      <w:proofErr w:type="spellStart"/>
                      <w:r w:rsidRPr="004A2141">
                        <w:rPr>
                          <w:rFonts w:hint="eastAsia"/>
                          <w:sz w:val="28"/>
                          <w:szCs w:val="28"/>
                        </w:rPr>
                        <w:t>記入例</w:t>
                      </w:r>
                      <w:proofErr w:type="spellEnd"/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7766E2">
        <w:rPr>
          <w:rFonts w:asciiTheme="minorEastAsia" w:hAnsiTheme="minorEastAsia" w:cstheme="minorEastAsia" w:hint="eastAsia"/>
          <w:b/>
          <w:bCs/>
          <w:sz w:val="40"/>
          <w:szCs w:val="40"/>
          <w:lang w:eastAsia="ja-JP"/>
        </w:rPr>
        <w:t>委　任　状</w:t>
      </w:r>
    </w:p>
    <w:p w14:paraId="3AB9EB55" w14:textId="77777777" w:rsidR="003F7982" w:rsidRDefault="003F7982" w:rsidP="003F7982">
      <w:pPr>
        <w:jc w:val="center"/>
        <w:rPr>
          <w:rFonts w:asciiTheme="minorEastAsia" w:hAnsiTheme="minorEastAsia" w:cstheme="minorEastAsia"/>
          <w:b/>
          <w:bCs/>
          <w:sz w:val="32"/>
          <w:szCs w:val="32"/>
          <w:lang w:eastAsia="ja-JP"/>
        </w:rPr>
      </w:pPr>
    </w:p>
    <w:p w14:paraId="0985EF0E" w14:textId="77777777" w:rsidR="003F7982" w:rsidRPr="007766E2" w:rsidRDefault="003F7982" w:rsidP="003F7982">
      <w:pPr>
        <w:jc w:val="right"/>
        <w:rPr>
          <w:rFonts w:asciiTheme="minorEastAsia" w:hAnsiTheme="minorEastAsia" w:cstheme="minorEastAsia"/>
          <w:sz w:val="28"/>
          <w:szCs w:val="28"/>
        </w:rPr>
      </w:pPr>
      <w:r w:rsidRPr="007766E2">
        <w:rPr>
          <w:rFonts w:asciiTheme="minorEastAsia" w:hAnsiTheme="minorEastAsia" w:cstheme="minorEastAsia"/>
          <w:sz w:val="28"/>
          <w:szCs w:val="28"/>
        </w:rPr>
        <w:t>令和　　年　　月　　日</w:t>
      </w:r>
    </w:p>
    <w:p w14:paraId="72309106" w14:textId="77777777" w:rsidR="003F7982" w:rsidRDefault="003F7982" w:rsidP="003F7982">
      <w:pPr>
        <w:rPr>
          <w:rFonts w:asciiTheme="minorEastAsia" w:hAnsiTheme="minorEastAsia" w:cstheme="minorEastAsia"/>
          <w:sz w:val="28"/>
          <w:szCs w:val="28"/>
          <w:lang w:eastAsia="ja-JP"/>
        </w:rPr>
      </w:pPr>
      <w:r w:rsidRPr="00D2460B">
        <w:rPr>
          <w:rFonts w:ascii="ＭＳ 明朝" w:eastAsia="ＭＳ 明朝" w:hAnsi="ＭＳ 明朝" w:cstheme="minorEastAsia"/>
          <w:sz w:val="16"/>
          <w:szCs w:val="16"/>
          <w:lang w:eastAsia="ja-JP"/>
        </w:rPr>
        <w:t>（あて先）</w:t>
      </w:r>
      <w:r w:rsidRPr="007766E2">
        <w:rPr>
          <w:rFonts w:asciiTheme="minorEastAsia" w:hAnsiTheme="minorEastAsia" w:cstheme="minorEastAsia"/>
          <w:sz w:val="28"/>
          <w:szCs w:val="28"/>
          <w:lang w:eastAsia="ja-JP"/>
        </w:rPr>
        <w:t xml:space="preserve">　</w:t>
      </w:r>
    </w:p>
    <w:p w14:paraId="4C388213" w14:textId="391A6B16" w:rsidR="003F7982" w:rsidRPr="007766E2" w:rsidRDefault="003F7982" w:rsidP="003F7982">
      <w:pPr>
        <w:rPr>
          <w:rFonts w:asciiTheme="minorEastAsia" w:hAnsiTheme="minorEastAsia" w:cstheme="minorEastAsia"/>
          <w:sz w:val="28"/>
          <w:szCs w:val="28"/>
          <w:lang w:eastAsia="ja-JP"/>
        </w:rPr>
      </w:pPr>
      <w:r w:rsidRPr="007766E2">
        <w:rPr>
          <w:rFonts w:asciiTheme="minorEastAsia" w:hAnsiTheme="minorEastAsia" w:cstheme="minorEastAsia"/>
          <w:sz w:val="28"/>
          <w:szCs w:val="28"/>
          <w:lang w:eastAsia="ja-JP"/>
        </w:rPr>
        <w:t>堺市長</w:t>
      </w:r>
      <w:r>
        <w:rPr>
          <w:rFonts w:asciiTheme="minorEastAsia" w:hAnsiTheme="minorEastAsia" w:cstheme="minorEastAsia" w:hint="eastAsia"/>
          <w:sz w:val="28"/>
          <w:szCs w:val="28"/>
          <w:lang w:eastAsia="ja-JP"/>
        </w:rPr>
        <w:t xml:space="preserve">　様</w:t>
      </w:r>
    </w:p>
    <w:p w14:paraId="2EE2E626" w14:textId="77777777" w:rsidR="003F7982" w:rsidRPr="007766E2" w:rsidRDefault="003F7982" w:rsidP="003F7982">
      <w:pPr>
        <w:rPr>
          <w:rFonts w:asciiTheme="minorEastAsia" w:hAnsiTheme="minorEastAsia" w:cstheme="minorEastAsia"/>
          <w:sz w:val="28"/>
          <w:szCs w:val="28"/>
          <w:lang w:eastAsia="ja-JP"/>
        </w:rPr>
      </w:pPr>
    </w:p>
    <w:p w14:paraId="51A41213" w14:textId="77777777" w:rsidR="003F7982" w:rsidRDefault="003F7982" w:rsidP="003F7982">
      <w:pPr>
        <w:rPr>
          <w:rFonts w:asciiTheme="minorEastAsia" w:hAnsiTheme="minorEastAsia" w:cstheme="minorEastAsia"/>
          <w:sz w:val="28"/>
          <w:szCs w:val="28"/>
          <w:lang w:eastAsia="ja-JP"/>
        </w:rPr>
      </w:pPr>
      <w:r w:rsidRPr="007766E2">
        <w:rPr>
          <w:rFonts w:asciiTheme="minorEastAsia" w:hAnsiTheme="minorEastAsia" w:cstheme="minorEastAsia"/>
          <w:sz w:val="28"/>
          <w:szCs w:val="28"/>
        </w:rPr>
        <w:t>委任者</w:t>
      </w:r>
    </w:p>
    <w:p w14:paraId="1E564DAD" w14:textId="041EE17F" w:rsidR="003F7982" w:rsidRDefault="003F7982" w:rsidP="003F7982">
      <w:pPr>
        <w:ind w:firstLineChars="500" w:firstLine="1400"/>
        <w:rPr>
          <w:rFonts w:asciiTheme="minorEastAsia" w:hAnsiTheme="minorEastAsia" w:cstheme="minorEastAsia"/>
          <w:sz w:val="28"/>
          <w:szCs w:val="28"/>
          <w:u w:val="single"/>
          <w:lang w:eastAsia="ja-JP"/>
        </w:rPr>
      </w:pPr>
      <w:r w:rsidRPr="00F76109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住所　　　</w:t>
      </w:r>
      <w:r w:rsidRPr="003F7982">
        <w:rPr>
          <w:rFonts w:asciiTheme="minorEastAsia" w:hAnsiTheme="minorEastAsia" w:cstheme="minorEastAsia"/>
          <w:sz w:val="28"/>
          <w:szCs w:val="28"/>
          <w:u w:val="single"/>
          <w:lang w:eastAsia="ja-JP"/>
        </w:rPr>
        <w:t>堺市●区…</w:t>
      </w:r>
      <w:r w:rsidRPr="00F76109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　　　　　　　　　　　　　　　　　　　　</w:t>
      </w:r>
    </w:p>
    <w:p w14:paraId="6FEEB977" w14:textId="3251CE6B" w:rsidR="003F7982" w:rsidRPr="00F76109" w:rsidRDefault="003F7982" w:rsidP="003F7982">
      <w:pPr>
        <w:ind w:firstLineChars="500" w:firstLine="1400"/>
        <w:rPr>
          <w:rFonts w:asciiTheme="minorEastAsia" w:hAnsiTheme="minorEastAsia" w:cstheme="minorEastAsia"/>
          <w:sz w:val="28"/>
          <w:szCs w:val="28"/>
          <w:u w:val="single"/>
          <w:lang w:eastAsia="ja-JP"/>
        </w:rPr>
      </w:pPr>
      <w:r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>氏名</w:t>
      </w:r>
      <w:r w:rsidRPr="00F76109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　　</w:t>
      </w:r>
      <w:r w:rsidRPr="003F7982">
        <w:rPr>
          <w:rFonts w:asciiTheme="minorEastAsia" w:hAnsiTheme="minorEastAsia" w:cstheme="minorEastAsia"/>
          <w:sz w:val="28"/>
          <w:szCs w:val="28"/>
          <w:u w:val="single"/>
          <w:lang w:eastAsia="ja-JP"/>
        </w:rPr>
        <w:t>●●　●●</w:t>
      </w:r>
      <w:r w:rsidRPr="00F76109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　　　　　　　　　　　　　　　　　　　　</w:t>
      </w:r>
    </w:p>
    <w:p w14:paraId="344DFF58" w14:textId="77777777" w:rsidR="003F7982" w:rsidRDefault="003F7982" w:rsidP="003F7982">
      <w:pPr>
        <w:rPr>
          <w:rFonts w:asciiTheme="minorEastAsia" w:hAnsiTheme="minorEastAsia" w:cstheme="minorEastAsia"/>
          <w:sz w:val="28"/>
          <w:szCs w:val="28"/>
          <w:lang w:eastAsia="ja-JP"/>
        </w:rPr>
      </w:pPr>
    </w:p>
    <w:p w14:paraId="2F49A936" w14:textId="77777777" w:rsidR="003F7982" w:rsidRPr="007766E2" w:rsidRDefault="003F7982" w:rsidP="003F7982">
      <w:pPr>
        <w:rPr>
          <w:rFonts w:asciiTheme="minorEastAsia" w:hAnsiTheme="minorEastAsia" w:cstheme="minorEastAsia"/>
          <w:sz w:val="28"/>
          <w:szCs w:val="28"/>
          <w:lang w:eastAsia="ja-JP"/>
        </w:rPr>
      </w:pPr>
      <w:r w:rsidRPr="007766E2">
        <w:rPr>
          <w:rFonts w:asciiTheme="minorEastAsia" w:hAnsiTheme="minorEastAsia" w:cstheme="minorEastAsia"/>
          <w:sz w:val="28"/>
          <w:szCs w:val="28"/>
          <w:lang w:eastAsia="ja-JP"/>
        </w:rPr>
        <w:t>私は、下記の者を代理人と定め、下記の権限を委任します。</w:t>
      </w:r>
    </w:p>
    <w:p w14:paraId="37ED5914" w14:textId="77777777" w:rsidR="003F7982" w:rsidRPr="007766E2" w:rsidRDefault="003F7982" w:rsidP="003F7982">
      <w:pPr>
        <w:rPr>
          <w:rFonts w:asciiTheme="minorEastAsia" w:hAnsiTheme="minorEastAsia" w:cstheme="minorEastAsia"/>
          <w:sz w:val="28"/>
          <w:szCs w:val="28"/>
          <w:lang w:eastAsia="ja-JP"/>
        </w:rPr>
      </w:pPr>
      <w:r>
        <w:rPr>
          <w:rFonts w:asciiTheme="minorEastAsia" w:hAnsiTheme="minorEastAsia" w:cstheme="minorEastAsia" w:hint="eastAsia"/>
          <w:sz w:val="28"/>
          <w:szCs w:val="28"/>
          <w:lang w:eastAsia="ja-JP"/>
        </w:rPr>
        <w:t xml:space="preserve">　</w:t>
      </w:r>
    </w:p>
    <w:p w14:paraId="277F33A7" w14:textId="77777777" w:rsidR="003F7982" w:rsidRPr="007766E2" w:rsidRDefault="003F7982" w:rsidP="003F7982">
      <w:pPr>
        <w:jc w:val="center"/>
        <w:rPr>
          <w:rFonts w:asciiTheme="minorEastAsia" w:hAnsiTheme="minorEastAsia" w:cstheme="minorEastAsia"/>
          <w:sz w:val="28"/>
          <w:szCs w:val="28"/>
          <w:lang w:eastAsia="ja-JP"/>
        </w:rPr>
      </w:pPr>
      <w:r w:rsidRPr="007766E2">
        <w:rPr>
          <w:rFonts w:asciiTheme="minorEastAsia" w:hAnsiTheme="minorEastAsia" w:cstheme="minorEastAsia"/>
          <w:sz w:val="28"/>
          <w:szCs w:val="28"/>
          <w:lang w:eastAsia="ja-JP"/>
        </w:rPr>
        <w:t>記</w:t>
      </w:r>
    </w:p>
    <w:p w14:paraId="0B394AFC" w14:textId="77777777" w:rsidR="003F7982" w:rsidRPr="007766E2" w:rsidRDefault="003F7982" w:rsidP="003F7982">
      <w:pPr>
        <w:rPr>
          <w:rFonts w:asciiTheme="minorEastAsia" w:hAnsiTheme="minorEastAsia" w:cstheme="minorEastAsia"/>
          <w:sz w:val="28"/>
          <w:szCs w:val="28"/>
          <w:lang w:eastAsia="ja-JP"/>
        </w:rPr>
      </w:pPr>
      <w:r w:rsidRPr="007766E2">
        <w:rPr>
          <w:rFonts w:asciiTheme="minorEastAsia" w:hAnsiTheme="minorEastAsia" w:cstheme="minorEastAsia"/>
          <w:sz w:val="28"/>
          <w:szCs w:val="28"/>
          <w:lang w:eastAsia="ja-JP"/>
        </w:rPr>
        <w:t>委任する権限</w:t>
      </w:r>
    </w:p>
    <w:p w14:paraId="2FFE6922" w14:textId="77777777" w:rsidR="003F7982" w:rsidRPr="00F76109" w:rsidRDefault="003F7982" w:rsidP="003F7982">
      <w:pPr>
        <w:ind w:left="1960" w:hangingChars="700" w:hanging="1960"/>
        <w:rPr>
          <w:rFonts w:asciiTheme="minorEastAsia" w:hAnsiTheme="minorEastAsia" w:cstheme="minorEastAsia"/>
          <w:sz w:val="28"/>
          <w:szCs w:val="28"/>
          <w:u w:val="single"/>
          <w:lang w:eastAsia="ja-JP"/>
        </w:rPr>
      </w:pPr>
      <w:r>
        <w:rPr>
          <w:rFonts w:asciiTheme="minorEastAsia" w:hAnsiTheme="minorEastAsia" w:cstheme="minorEastAsia" w:hint="eastAsia"/>
          <w:sz w:val="28"/>
          <w:szCs w:val="28"/>
          <w:lang w:eastAsia="ja-JP"/>
        </w:rPr>
        <w:t xml:space="preserve">　　　　　　　</w:t>
      </w:r>
      <w:r w:rsidRPr="00A25D5E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>代表者の住所を表示した認可地縁団体</w:t>
      </w:r>
      <w:r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>証明書</w:t>
      </w:r>
      <w:r w:rsidRPr="00A25D5E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>の交付請求</w:t>
      </w:r>
      <w:r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>手続き</w:t>
      </w:r>
      <w:r w:rsidRPr="00A25D5E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>に関する一切の権限</w:t>
      </w:r>
      <w:r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　　　　　　　　　　　　　　</w:t>
      </w:r>
    </w:p>
    <w:p w14:paraId="4E14110C" w14:textId="77777777" w:rsidR="003F7982" w:rsidRPr="007766E2" w:rsidRDefault="003F7982" w:rsidP="003F7982">
      <w:pPr>
        <w:rPr>
          <w:rFonts w:asciiTheme="minorEastAsia" w:hAnsiTheme="minorEastAsia" w:cstheme="minorEastAsia"/>
          <w:sz w:val="28"/>
          <w:szCs w:val="28"/>
          <w:lang w:eastAsia="ja-JP"/>
        </w:rPr>
      </w:pPr>
    </w:p>
    <w:p w14:paraId="72DECF13" w14:textId="77777777" w:rsidR="003F7982" w:rsidRPr="007766E2" w:rsidRDefault="003F7982" w:rsidP="003F7982">
      <w:pPr>
        <w:rPr>
          <w:rFonts w:asciiTheme="minorEastAsia" w:hAnsiTheme="minorEastAsia" w:cstheme="minorEastAsia"/>
          <w:sz w:val="28"/>
          <w:szCs w:val="28"/>
          <w:lang w:eastAsia="ja-JP"/>
        </w:rPr>
      </w:pPr>
      <w:r w:rsidRPr="007766E2">
        <w:rPr>
          <w:rFonts w:asciiTheme="minorEastAsia" w:hAnsiTheme="minorEastAsia" w:cstheme="minorEastAsia"/>
          <w:sz w:val="28"/>
          <w:szCs w:val="28"/>
          <w:lang w:eastAsia="ja-JP"/>
        </w:rPr>
        <w:t>代理人（受任者）</w:t>
      </w:r>
    </w:p>
    <w:p w14:paraId="68BB044F" w14:textId="57C88820" w:rsidR="003F7982" w:rsidRPr="007766E2" w:rsidRDefault="003F7982" w:rsidP="003F7982">
      <w:pPr>
        <w:ind w:firstLineChars="500" w:firstLine="1400"/>
        <w:rPr>
          <w:rFonts w:asciiTheme="minorEastAsia" w:hAnsiTheme="minorEastAsia" w:cstheme="minorEastAsia"/>
          <w:sz w:val="28"/>
          <w:szCs w:val="28"/>
        </w:rPr>
      </w:pPr>
      <w:r w:rsidRPr="007766E2"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>住所</w:t>
      </w:r>
      <w:r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　　</w:t>
      </w:r>
      <w:r w:rsidRPr="003F7982">
        <w:rPr>
          <w:rFonts w:asciiTheme="minorEastAsia" w:hAnsiTheme="minorEastAsia" w:cstheme="minorEastAsia"/>
          <w:sz w:val="28"/>
          <w:szCs w:val="28"/>
          <w:u w:val="single"/>
          <w:lang w:eastAsia="ja-JP"/>
        </w:rPr>
        <w:t>堺市●区…</w:t>
      </w:r>
      <w:r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　　　　　　　　　　　　　　　　　　</w:t>
      </w:r>
      <w:r w:rsidRPr="007766E2">
        <w:rPr>
          <w:rFonts w:asciiTheme="minorEastAsia" w:hAnsiTheme="minorEastAsia" w:cstheme="minorEastAsia" w:hint="eastAsia"/>
          <w:sz w:val="28"/>
          <w:szCs w:val="28"/>
          <w:lang w:eastAsia="ja-JP"/>
        </w:rPr>
        <w:t xml:space="preserve">　</w:t>
      </w:r>
    </w:p>
    <w:p w14:paraId="69A14701" w14:textId="76752D89" w:rsidR="003F7982" w:rsidRPr="007766E2" w:rsidRDefault="003F7982" w:rsidP="003F7982">
      <w:pPr>
        <w:ind w:firstLineChars="400" w:firstLine="1120"/>
        <w:rPr>
          <w:rFonts w:asciiTheme="minorEastAsia" w:hAnsiTheme="minorEastAsia" w:cstheme="minorEastAsia"/>
          <w:sz w:val="28"/>
          <w:szCs w:val="28"/>
          <w:u w:val="single"/>
        </w:rPr>
      </w:pPr>
      <w:r w:rsidRPr="007766E2">
        <w:rPr>
          <w:rFonts w:asciiTheme="minorEastAsia" w:hAnsiTheme="minorEastAsia" w:cstheme="minorEastAsia"/>
          <w:sz w:val="28"/>
          <w:szCs w:val="28"/>
        </w:rPr>
        <w:t xml:space="preserve">　</w:t>
      </w:r>
      <w:r w:rsidRPr="007766E2">
        <w:rPr>
          <w:rFonts w:asciiTheme="minorEastAsia" w:hAnsiTheme="minorEastAsia" w:cstheme="minorEastAsia"/>
          <w:sz w:val="28"/>
          <w:szCs w:val="28"/>
          <w:u w:val="single"/>
        </w:rPr>
        <w:t>氏名</w:t>
      </w:r>
      <w:r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　　</w:t>
      </w:r>
      <w:r w:rsidRPr="003F7982">
        <w:rPr>
          <w:rFonts w:asciiTheme="minorEastAsia" w:hAnsiTheme="minorEastAsia" w:cstheme="minorEastAsia"/>
          <w:sz w:val="28"/>
          <w:szCs w:val="28"/>
          <w:u w:val="single"/>
          <w:lang w:eastAsia="ja-JP"/>
        </w:rPr>
        <w:t>●●　●●</w:t>
      </w:r>
      <w:r>
        <w:rPr>
          <w:rFonts w:asciiTheme="minorEastAsia" w:hAnsiTheme="minorEastAsia" w:cstheme="minorEastAsia" w:hint="eastAsia"/>
          <w:sz w:val="28"/>
          <w:szCs w:val="28"/>
          <w:u w:val="single"/>
          <w:lang w:eastAsia="ja-JP"/>
        </w:rPr>
        <w:t xml:space="preserve">　　　　　　　　　　　　　　　　　　　</w:t>
      </w:r>
      <w:r w:rsidRPr="007766E2">
        <w:rPr>
          <w:rFonts w:asciiTheme="minorEastAsia" w:hAnsiTheme="minorEastAsia" w:cstheme="minorEastAsia"/>
          <w:sz w:val="28"/>
          <w:szCs w:val="28"/>
          <w:u w:val="single"/>
        </w:rPr>
        <w:t xml:space="preserve">　</w:t>
      </w:r>
    </w:p>
    <w:p w14:paraId="6B2DD850" w14:textId="77777777" w:rsidR="003F7982" w:rsidRPr="007766E2" w:rsidRDefault="003F7982" w:rsidP="003F7982">
      <w:pPr>
        <w:rPr>
          <w:rFonts w:asciiTheme="minorEastAsia" w:hAnsiTheme="minorEastAsia" w:cstheme="minorEastAsia"/>
          <w:sz w:val="28"/>
          <w:szCs w:val="28"/>
        </w:rPr>
      </w:pPr>
    </w:p>
    <w:sectPr w:rsidR="003F7982" w:rsidRPr="007766E2" w:rsidSect="00034616">
      <w:pgSz w:w="12240" w:h="15840"/>
      <w:pgMar w:top="1134" w:right="1417" w:bottom="144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DAF90" w14:textId="77777777" w:rsidR="007144E0" w:rsidRDefault="007144E0" w:rsidP="00CA7EA0">
      <w:pPr>
        <w:spacing w:after="0" w:line="240" w:lineRule="auto"/>
      </w:pPr>
      <w:r>
        <w:separator/>
      </w:r>
    </w:p>
  </w:endnote>
  <w:endnote w:type="continuationSeparator" w:id="0">
    <w:p w14:paraId="271695C9" w14:textId="77777777" w:rsidR="007144E0" w:rsidRDefault="007144E0" w:rsidP="00CA7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E5014" w14:textId="77777777" w:rsidR="007144E0" w:rsidRDefault="007144E0" w:rsidP="00CA7EA0">
      <w:pPr>
        <w:spacing w:after="0" w:line="240" w:lineRule="auto"/>
      </w:pPr>
      <w:r>
        <w:separator/>
      </w:r>
    </w:p>
  </w:footnote>
  <w:footnote w:type="continuationSeparator" w:id="0">
    <w:p w14:paraId="4748B51F" w14:textId="77777777" w:rsidR="007144E0" w:rsidRDefault="007144E0" w:rsidP="00CA7E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3485363">
    <w:abstractNumId w:val="8"/>
  </w:num>
  <w:num w:numId="2" w16cid:durableId="628166692">
    <w:abstractNumId w:val="6"/>
  </w:num>
  <w:num w:numId="3" w16cid:durableId="1360425392">
    <w:abstractNumId w:val="5"/>
  </w:num>
  <w:num w:numId="4" w16cid:durableId="396168383">
    <w:abstractNumId w:val="4"/>
  </w:num>
  <w:num w:numId="5" w16cid:durableId="1619945180">
    <w:abstractNumId w:val="7"/>
  </w:num>
  <w:num w:numId="6" w16cid:durableId="432021374">
    <w:abstractNumId w:val="3"/>
  </w:num>
  <w:num w:numId="7" w16cid:durableId="577403925">
    <w:abstractNumId w:val="2"/>
  </w:num>
  <w:num w:numId="8" w16cid:durableId="919605209">
    <w:abstractNumId w:val="1"/>
  </w:num>
  <w:num w:numId="9" w16cid:durableId="377707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6791"/>
    <w:rsid w:val="0006063C"/>
    <w:rsid w:val="000916CD"/>
    <w:rsid w:val="0015074B"/>
    <w:rsid w:val="00176AB1"/>
    <w:rsid w:val="001C3016"/>
    <w:rsid w:val="0029639D"/>
    <w:rsid w:val="00326F90"/>
    <w:rsid w:val="003D5AD9"/>
    <w:rsid w:val="003F7982"/>
    <w:rsid w:val="00450C4A"/>
    <w:rsid w:val="00585698"/>
    <w:rsid w:val="006A5B7C"/>
    <w:rsid w:val="006A733B"/>
    <w:rsid w:val="007144E0"/>
    <w:rsid w:val="007766E2"/>
    <w:rsid w:val="007B4B4D"/>
    <w:rsid w:val="0091134A"/>
    <w:rsid w:val="00A25D5E"/>
    <w:rsid w:val="00AA1D8D"/>
    <w:rsid w:val="00B333BE"/>
    <w:rsid w:val="00B47730"/>
    <w:rsid w:val="00C94BC9"/>
    <w:rsid w:val="00CA7EA0"/>
    <w:rsid w:val="00CB0664"/>
    <w:rsid w:val="00D2460B"/>
    <w:rsid w:val="00F16F75"/>
    <w:rsid w:val="00F76109"/>
    <w:rsid w:val="00FB700E"/>
    <w:rsid w:val="00FC693F"/>
    <w:rsid w:val="00FE39DD"/>
    <w:rsid w:val="215A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062061"/>
  <w14:defaultImageDpi w14:val="330"/>
  <w15:docId w15:val="{95A2A379-6AD1-4B8B-8D84-D9B66C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福島　薫子 (750068)</dc:creator>
  <cp:keywords/>
  <dc:description>generated by python-docx</dc:description>
  <cp:lastModifiedBy>堺市</cp:lastModifiedBy>
  <cp:revision>4</cp:revision>
  <cp:lastPrinted>2026-09-29T00:29:00Z</cp:lastPrinted>
  <dcterms:created xsi:type="dcterms:W3CDTF">2026-10-02T01:36:00Z</dcterms:created>
  <dcterms:modified xsi:type="dcterms:W3CDTF">2026-10-02T01:41:00Z</dcterms:modified>
  <cp:category/>
</cp:coreProperties>
</file>